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F2A44"/>
          <w:sz w:val="30"/>
        </w:rPr>
        <w:t>КАРТОЧКА ПРЕДПРИЯТИЯ</w:t>
      </w:r>
    </w:p>
    <w:p>
      <w:pPr>
        <w:spacing w:after="240"/>
        <w:jc w:val="center"/>
      </w:pPr>
      <w:r>
        <w:rPr>
          <w:b/>
          <w:sz w:val="22"/>
        </w:rPr>
        <w:t>____________</w:t>
      </w:r>
    </w:p>
    <w:p>
      <w:pPr>
        <w:spacing w:after="60" w:before="160"/>
      </w:pPr>
      <w:r>
        <w:rPr>
          <w:b/>
          <w:color w:val="1F2A44"/>
          <w:sz w:val="20"/>
        </w:rPr>
        <w:t>ОСНОВНЫЕ 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Полное наименование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Сокращённое наименование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ИНН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КПП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ОГРН / ОГРНИП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ОКПО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Дата регистрации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Юридический адрес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Фактический адрес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Почтовый адрес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Телефон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Электронная почта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БАНКОВСКИЕ 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Расчётный счёт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Наименование банка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БИК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ИНН банка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Корреспондентский счёт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РУКОВОДСТВО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Руководитель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Действует на основании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Телефон руководителя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Главный бухгалтер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ДОПОЛНИТЕЛЬНЫЕ 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Система налогообложения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Численность сотрудников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Оператор ЭДО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tbl>
      <w:tblPr>
        <w:tblW w:w="99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90"/>
        <w:gridCol w:w="6182"/>
      </w:tblGrid>
      <w:tr>
        <w:tc>
          <w:tcPr>
            <w:tcW w:w="3790" w:type="dxa"/>
            <w:tcMar>
              <w:right w:w="170" w:type="dxa"/>
            </w:tcMar>
            <w:vAlign w:val="bottom"/>
          </w:tcPr>
          <w:p>
            <w:pPr>
              <w:spacing w:after="0" w:before="560"/>
            </w:pPr>
            <w:r>
              <w:rPr>
                <w:sz w:val="20"/>
              </w:rPr>
              <w:t>____________</w:t>
            </w:r>
          </w:p>
        </w:tc>
        <w:tc>
          <w:tcPr>
            <w:tcW w:w="6182" w:type="dxa"/>
            <w:vAlign w:val="bottom"/>
          </w:tcPr>
          <w:p>
            <w:pPr>
              <w:spacing w:after="0" w:before="560"/>
            </w:pPr>
            <w:r>
              <w:rPr>
                <w:sz w:val="20"/>
              </w:rPr>
              <w:t xml:space="preserve">____________________ / ____________ /</w:t>
            </w:r>
          </w:p>
        </w:tc>
      </w:tr>
    </w:tbl>
    <w:p>
      <w:pPr>
        <w:spacing w:after="0"/>
      </w:pPr>
      <w:r>
        <w:rPr>
          <w:b w:val="0"/>
          <w:sz w:val="18"/>
        </w:rPr>
        <w:t>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