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color w:val="1F2A44"/>
          <w:sz w:val="30"/>
        </w:rPr>
        <w:t>АНКЕТА ЗАЁМЩИКА ДЛЯ ИНВЕСТОРА</w:t>
      </w:r>
    </w:p>
    <w:p>
      <w:pPr>
        <w:spacing w:after="200" w:before="0"/>
        <w:jc w:val="center"/>
      </w:pPr>
      <w:r>
        <w:rPr>
          <w:b w:val="0"/>
          <w:sz w:val="18"/>
        </w:rPr>
        <w:t>обезличенная: без ФИО, паспортных данных, контактов и точного адреса залога</w:t>
      </w:r>
    </w:p>
    <w:p>
      <w:pPr>
        <w:spacing w:after="60" w:before="160"/>
      </w:pPr>
      <w:r>
        <w:rPr>
          <w:b/>
          <w:color w:val="1F2A44"/>
          <w:sz w:val="20"/>
        </w:rPr>
        <w:t>ЗАЯВКА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082"/>
          </w:tcPr>
          <w:p>
            <w:r>
              <w:rPr>
                <w:sz w:val="18"/>
              </w:rPr>
              <w:t>Сумма займа, ₽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4082"/>
          </w:tcPr>
          <w:p>
            <w:r>
              <w:rPr>
                <w:sz w:val="18"/>
              </w:rPr>
              <w:t>Срок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4082"/>
          </w:tcPr>
          <w:p>
            <w:r>
              <w:rPr>
                <w:sz w:val="18"/>
              </w:rPr>
              <w:t>Цель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4082"/>
          </w:tcPr>
          <w:p>
            <w:r>
              <w:rPr>
                <w:sz w:val="18"/>
              </w:rPr>
              <w:t>Приемлемый платёж в месяц, ₽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4082"/>
          </w:tcPr>
          <w:p>
            <w:r>
              <w:rPr>
                <w:sz w:val="18"/>
              </w:rPr>
              <w:t>Заём к стоимости залога (LTV)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>____________</w:t>
            </w:r>
          </w:p>
        </w:tc>
      </w:tr>
    </w:tbl>
    <w:p>
      <w:pPr>
        <w:spacing w:after="60" w:before="160"/>
      </w:pPr>
      <w:r>
        <w:rPr>
          <w:b/>
          <w:color w:val="1F2A44"/>
          <w:sz w:val="20"/>
        </w:rPr>
        <w:t>ЗАЁМЩИК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082"/>
          </w:tcPr>
          <w:p>
            <w:r>
              <w:rPr>
                <w:sz w:val="18"/>
              </w:rPr>
              <w:t>Возраст, лет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4082"/>
          </w:tcPr>
          <w:p>
            <w:r>
              <w:rPr>
                <w:sz w:val="18"/>
              </w:rPr>
              <w:t>Пол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4082"/>
          </w:tcPr>
          <w:p>
            <w:r>
              <w:rPr>
                <w:sz w:val="18"/>
              </w:rPr>
              <w:t>Семейное положение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4082"/>
          </w:tcPr>
          <w:p>
            <w:r>
              <w:rPr>
                <w:sz w:val="18"/>
              </w:rPr>
              <w:t>Детей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4082"/>
          </w:tcPr>
          <w:p>
            <w:r>
              <w:rPr>
                <w:sz w:val="18"/>
              </w:rPr>
              <w:t>Лиц на иждивении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4082"/>
          </w:tcPr>
          <w:p>
            <w:r>
              <w:rPr>
                <w:sz w:val="18"/>
              </w:rPr>
              <w:t>Гражданство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4082"/>
          </w:tcPr>
          <w:p>
            <w:r>
              <w:rPr>
                <w:sz w:val="18"/>
              </w:rPr>
              <w:t>Образование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4082"/>
          </w:tcPr>
          <w:p>
            <w:r>
              <w:rPr>
                <w:sz w:val="18"/>
              </w:rPr>
              <w:t>Место регистрации (регион, город)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>____________</w:t>
            </w:r>
          </w:p>
        </w:tc>
      </w:tr>
    </w:tbl>
    <w:p>
      <w:pPr>
        <w:spacing w:after="60" w:before="160"/>
      </w:pPr>
      <w:r>
        <w:rPr>
          <w:b/>
          <w:color w:val="1F2A44"/>
          <w:sz w:val="20"/>
        </w:rPr>
        <w:t>ЗАНЯТОСТЬ И ДОХОД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082"/>
          </w:tcPr>
          <w:p>
            <w:r>
              <w:rPr>
                <w:sz w:val="18"/>
              </w:rPr>
              <w:t>Социальный статус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4082"/>
          </w:tcPr>
          <w:p>
            <w:r>
              <w:rPr>
                <w:sz w:val="18"/>
              </w:rPr>
              <w:t>Сфера деятельности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4082"/>
          </w:tcPr>
          <w:p>
            <w:r>
              <w:rPr>
                <w:sz w:val="18"/>
              </w:rPr>
              <w:t>Должность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4082"/>
          </w:tcPr>
          <w:p>
            <w:r>
              <w:rPr>
                <w:sz w:val="18"/>
              </w:rPr>
              <w:t>Должностной уровень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4082"/>
          </w:tcPr>
          <w:p>
            <w:r>
              <w:rPr>
                <w:sz w:val="18"/>
              </w:rPr>
              <w:t>Стаж на текущем месте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4082"/>
          </w:tcPr>
          <w:p>
            <w:r>
              <w:rPr>
                <w:sz w:val="18"/>
              </w:rPr>
              <w:t>Общий трудовой стаж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4082"/>
          </w:tcPr>
          <w:p>
            <w:r>
              <w:rPr>
                <w:sz w:val="18"/>
              </w:rPr>
              <w:t>Доход в месяц, ₽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4082"/>
          </w:tcPr>
          <w:p>
            <w:r>
              <w:rPr>
                <w:sz w:val="18"/>
              </w:rPr>
              <w:t>Дополнительный доход в месяц, ₽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4082"/>
          </w:tcPr>
          <w:p>
            <w:r>
              <w:rPr>
                <w:sz w:val="18"/>
              </w:rPr>
              <w:t>Подтверждение дохода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4082"/>
          </w:tcPr>
          <w:p>
            <w:r>
              <w:rPr>
                <w:sz w:val="18"/>
              </w:rPr>
              <w:t>Доход супруга(и), ₽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4082"/>
          </w:tcPr>
          <w:p>
            <w:r>
              <w:rPr>
                <w:sz w:val="18"/>
              </w:rPr>
              <w:t>Обязательные платежи в месяц, ₽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4082"/>
          </w:tcPr>
          <w:p>
            <w:r>
              <w:rPr>
                <w:sz w:val="18"/>
              </w:rPr>
              <w:t>Платежи к доходу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>____________</w:t>
            </w:r>
          </w:p>
        </w:tc>
      </w:tr>
    </w:tbl>
    <w:p>
      <w:pPr>
        <w:spacing w:after="60" w:before="160"/>
      </w:pPr>
      <w:r>
        <w:rPr>
          <w:b/>
          <w:color w:val="1F2A44"/>
          <w:sz w:val="20"/>
        </w:rPr>
        <w:t>ЗАЛОГ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082"/>
          </w:tcPr>
          <w:p>
            <w:r>
              <w:rPr>
                <w:sz w:val="18"/>
              </w:rPr>
              <w:t>Тип недвижимости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4082"/>
          </w:tcPr>
          <w:p>
            <w:r>
              <w:rPr>
                <w:sz w:val="18"/>
              </w:rPr>
              <w:t>Место (регион, город)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4082"/>
          </w:tcPr>
          <w:p>
            <w:r>
              <w:rPr>
                <w:sz w:val="18"/>
              </w:rPr>
              <w:t>Общая площадь, кв. м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4082"/>
          </w:tcPr>
          <w:p>
            <w:r>
              <w:rPr>
                <w:sz w:val="18"/>
              </w:rPr>
              <w:t>Жилая площадь, кв. м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4082"/>
          </w:tcPr>
          <w:p>
            <w:r>
              <w:rPr>
                <w:sz w:val="18"/>
              </w:rPr>
              <w:t>Комнат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4082"/>
          </w:tcPr>
          <w:p>
            <w:r>
              <w:rPr>
                <w:sz w:val="18"/>
              </w:rPr>
              <w:t>Этаж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4082"/>
          </w:tcPr>
          <w:p>
            <w:r>
              <w:rPr>
                <w:sz w:val="18"/>
              </w:rPr>
              <w:t>Этажность дома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4082"/>
          </w:tcPr>
          <w:p>
            <w:r>
              <w:rPr>
                <w:sz w:val="18"/>
              </w:rPr>
              <w:t>Оценочная стоимость, ₽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4082"/>
          </w:tcPr>
          <w:p>
            <w:r>
              <w:rPr>
                <w:sz w:val="18"/>
              </w:rPr>
              <w:t>Основание права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4082"/>
          </w:tcPr>
          <w:p>
            <w:r>
              <w:rPr>
                <w:sz w:val="18"/>
              </w:rPr>
              <w:t>Доля в праве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4082"/>
          </w:tcPr>
          <w:p>
            <w:r>
              <w:rPr>
                <w:sz w:val="18"/>
              </w:rPr>
              <w:t>Кто зарегистрирован в помещении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>____________</w:t>
            </w:r>
          </w:p>
        </w:tc>
      </w:tr>
    </w:tbl>
    <w:p>
      <w:pPr>
        <w:spacing w:after="60" w:before="160"/>
      </w:pPr>
      <w:r>
        <w:rPr>
          <w:b/>
          <w:color w:val="1F2A44"/>
          <w:sz w:val="20"/>
        </w:rPr>
        <w:t>ДОПОЛНИТЕЛЬНО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082"/>
          </w:tcPr>
          <w:p>
            <w:r>
              <w:rPr>
                <w:sz w:val="18"/>
              </w:rPr>
              <w:t>Процедура банкротства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/>
            </w:r>
          </w:p>
        </w:tc>
      </w:tr>
      <w:tr>
        <w:tc>
          <w:tcPr>
            <w:tcW w:type="dxa" w:w="4082"/>
          </w:tcPr>
          <w:p>
            <w:r>
              <w:rPr>
                <w:sz w:val="18"/>
              </w:rPr>
              <w:t>Участие в судебном процессе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/>
            </w:r>
          </w:p>
        </w:tc>
      </w:tr>
      <w:tr>
        <w:tc>
          <w:tcPr>
            <w:tcW w:type="dxa" w:w="4082"/>
          </w:tcPr>
          <w:p>
            <w:r>
              <w:rPr>
                <w:sz w:val="18"/>
              </w:rPr>
              <w:t>Учредитель (участник) юрлица</w:t>
            </w:r>
          </w:p>
        </w:tc>
        <w:tc>
          <w:tcPr>
            <w:tcW w:type="dxa" w:w="5556"/>
          </w:tcPr>
          <w:p>
            <w:r>
              <w:rPr>
                <w:sz w:val="20"/>
              </w:rPr>
              <w:t/>
            </w:r>
          </w:p>
        </w:tc>
      </w:tr>
    </w:tbl>
    <w:p>
      <w:pPr>
        <w:spacing w:after="0" w:before="240"/>
        <w:jc w:val="both"/>
      </w:pPr>
      <w:r>
        <w:rPr>
          <w:b w:val="0"/>
          <w:sz w:val="17"/>
        </w:rPr>
        <w:t>Сведения переданы со слов заёмщика и по документам, которые он предоставил брокеру. Личные данные заёмщика инвестор получает только после согласия заёмщика.</w:t>
      </w:r>
    </w:p>
    <w:p>
      <w:pPr>
        <w:spacing w:after="0" w:before="120"/>
      </w:pPr>
      <w:r>
        <w:rPr>
          <w:b w:val="0"/>
          <w:sz w:val="18"/>
        </w:rPr>
        <w:t>____________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Docly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